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5A6B7C"/>
          <w:sz w:val="22"/>
        </w:rPr>
        <w:t>MPF PUBLISHER MAGAZINE</w:t>
      </w:r>
    </w:p>
    <w:p>
      <w:pPr>
        <w:jc w:val="center"/>
      </w:pPr>
      <w:r>
        <w:rPr>
          <w:rFonts w:ascii="Arial Black" w:hAnsi="Arial Black"/>
          <w:color w:val="1A2B4C"/>
          <w:sz w:val="48"/>
        </w:rPr>
        <w:t>AKTUALISASI SOSIAL</w:t>
      </w:r>
    </w:p>
    <w:p>
      <w:pPr>
        <w:jc w:val="center"/>
      </w:pPr>
      <w:r>
        <w:rPr>
          <w:rFonts w:ascii="Arial" w:hAnsi="Arial"/>
          <w:i/>
          <w:color w:val="787878"/>
          <w:sz w:val="24"/>
        </w:rPr>
        <w:t>Edisi Tematik &amp; Panduan Penulisan Artikel</w:t>
      </w:r>
    </w:p>
    <w:p/>
    <w:tbl>
      <w:tblPr>
        <w:tblW w:type="auto" w:w="0"/>
        <w:jc w:val="center"/>
        <w:tblLook w:firstColumn="1" w:firstRow="1" w:lastColumn="0" w:lastRow="0" w:noHBand="0" w:noVBand="1" w:val="04A0"/>
      </w:tblPr>
      <w:tblGrid>
        <w:gridCol w:w="4680"/>
        <w:gridCol w:w="4680"/>
      </w:tblGrid>
      <w:tr>
        <w:tc>
          <w:tcPr>
            <w:tcW w:type="dxa" w:w="4680"/>
            <w:shd w:fill="F2F4F7"/>
            <w:tcMar>
              <w:top w:w="120" w:type="dxa"/>
              <w:bottom w:w="120" w:type="dxa"/>
              <w:left w:w="180" w:type="dxa"/>
              <w:right w:w="180" w:type="dxa"/>
            </w:tcMar>
          </w:tcPr>
          <w:p>
            <w:r>
              <w:rPr>
                <w:rFonts w:ascii="Arial" w:hAnsi="Arial"/>
                <w:b/>
                <w:color w:val="1A2B4C"/>
                <w:sz w:val="20"/>
              </w:rPr>
              <w:t>Judul Artikel:</w:t>
            </w:r>
          </w:p>
        </w:tc>
        <w:tc>
          <w:tcPr>
            <w:tcW w:type="dxa" w:w="4680"/>
            <w:shd w:fill="F2F4F7"/>
            <w:tcMar>
              <w:top w:w="120" w:type="dxa"/>
              <w:bottom w:w="120" w:type="dxa"/>
              <w:left w:w="180" w:type="dxa"/>
              <w:right w:w="180" w:type="dxa"/>
            </w:tcMar>
          </w:tcPr>
          <w:p>
            <w:r>
              <w:rPr>
                <w:rFonts w:ascii="Arial" w:hAnsi="Arial"/>
                <w:b w:val="0"/>
                <w:color w:val="323232"/>
                <w:sz w:val="20"/>
              </w:rPr>
              <w:t xml:space="preserve"> [Tuliskan Judul Utama Artikel Anda di Sini]</w:t>
            </w:r>
          </w:p>
        </w:tc>
      </w:tr>
      <w:tr>
        <w:tc>
          <w:tcPr>
            <w:tcW w:type="dxa" w:w="4680"/>
            <w:shd w:fill="F2F4F7"/>
            <w:tcMar>
              <w:top w:w="120" w:type="dxa"/>
              <w:bottom w:w="120" w:type="dxa"/>
              <w:left w:w="180" w:type="dxa"/>
              <w:right w:w="180" w:type="dxa"/>
            </w:tcMar>
          </w:tcPr>
          <w:p>
            <w:r>
              <w:rPr>
                <w:rFonts w:ascii="Arial" w:hAnsi="Arial"/>
                <w:b/>
                <w:color w:val="1A2B4C"/>
                <w:sz w:val="20"/>
              </w:rPr>
              <w:t>Penulis / Kontributor:</w:t>
            </w:r>
          </w:p>
        </w:tc>
        <w:tc>
          <w:tcPr>
            <w:tcW w:type="dxa" w:w="4680"/>
            <w:shd w:fill="F2F4F7"/>
            <w:tcMar>
              <w:top w:w="120" w:type="dxa"/>
              <w:bottom w:w="120" w:type="dxa"/>
              <w:left w:w="180" w:type="dxa"/>
              <w:right w:w="180" w:type="dxa"/>
            </w:tcMar>
          </w:tcPr>
          <w:p>
            <w:r>
              <w:rPr>
                <w:rFonts w:ascii="Arial" w:hAnsi="Arial"/>
                <w:b w:val="0"/>
                <w:color w:val="323232"/>
                <w:sz w:val="20"/>
              </w:rPr>
              <w:t xml:space="preserve"> [Nama Lengkap Penulis &amp; Afiliasi/Lembaga]</w:t>
            </w:r>
          </w:p>
        </w:tc>
      </w:tr>
    </w:tbl>
    <w:p/>
    <w:p>
      <w:pPr>
        <w:spacing w:before="360" w:after="120"/>
      </w:pPr>
      <w:r>
        <w:rPr>
          <w:rFonts w:ascii="Arial" w:hAnsi="Arial"/>
          <w:b/>
          <w:color w:val="1A2B4C"/>
          <w:sz w:val="28"/>
        </w:rPr>
        <w:t>1. Abstrak / Pengantar (Executive Summary)</w:t>
      </w:r>
    </w:p>
    <w:p>
      <w:pPr>
        <w:spacing w:after="160" w:line="276" w:lineRule="auto"/>
      </w:pPr>
      <w:r>
        <w:rPr>
          <w:rFonts w:ascii="Arial" w:hAnsi="Arial"/>
          <w:color w:val="333333"/>
          <w:sz w:val="22"/>
        </w:rPr>
        <w:t>[Tuliskan ringkasan eksekutif atau abstrak singkat dari artikel aktualisasi sosial Anda di sini (maksimal 150–200 kata). Bagian ini memberikan gambaran umum mengenai fenomena sosial yang diangkat, urgensi permasalahan, serta gagasan atau solusi pemecahan masalah yang ditawarkan dalam majalah MPF Publisher.]</w:t>
      </w:r>
    </w:p>
    <w:p>
      <w:pPr>
        <w:spacing w:before="360" w:after="120"/>
      </w:pPr>
      <w:r>
        <w:rPr>
          <w:rFonts w:ascii="Arial" w:hAnsi="Arial"/>
          <w:b/>
          <w:color w:val="1A2B4C"/>
          <w:sz w:val="28"/>
        </w:rPr>
        <w:t>2. Pendahuluan &amp; Latar Belakang Masalah</w:t>
      </w:r>
    </w:p>
    <w:p>
      <w:pPr>
        <w:spacing w:after="160" w:line="276" w:lineRule="auto"/>
      </w:pPr>
      <w:r>
        <w:rPr>
          <w:rFonts w:ascii="Arial" w:hAnsi="Arial"/>
          <w:color w:val="333333"/>
          <w:sz w:val="22"/>
        </w:rPr>
        <w:t>[Jelaskan latar belakang sosial, kondisi empiris, atau fenomena aktual yang sedang terjadi di masyarakat. Uraikan mengapa topik ini penting untuk diangkat dalam rubrik 'Aktualisasi Sosial' MPF Publisher.]</w:t>
      </w:r>
    </w:p>
    <w:p>
      <w:pPr>
        <w:spacing w:before="360" w:after="120"/>
      </w:pPr>
      <w:r>
        <w:rPr>
          <w:rFonts w:ascii="Arial" w:hAnsi="Arial"/>
          <w:b/>
          <w:color w:val="1A2B4C"/>
          <w:sz w:val="28"/>
        </w:rPr>
        <w:t>3. Analisis &amp; Pembahasan Utama</w:t>
      </w:r>
    </w:p>
    <w:p>
      <w:pPr>
        <w:spacing w:after="160" w:line="276" w:lineRule="auto"/>
      </w:pPr>
      <w:r>
        <w:rPr>
          <w:rFonts w:ascii="Arial" w:hAnsi="Arial"/>
          <w:color w:val="333333"/>
          <w:sz w:val="22"/>
        </w:rPr>
        <w:t>[Uraikan analisis mendalam mengenai akar permasalahan sosial yang dibahas. Anda dapat membagi bagian ini ke dalam beberapa sub-poin berikut:]</w:t>
      </w:r>
    </w:p>
    <w:tbl>
      <w:tblPr>
        <w:tblW w:type="auto" w:w="0"/>
        <w:jc w:val="center"/>
        <w:tblLook w:firstColumn="1" w:firstRow="1" w:lastColumn="0" w:lastRow="0" w:noHBand="0" w:noVBand="1" w:val="04A0"/>
      </w:tblPr>
      <w:tblGrid>
        <w:gridCol w:w="9360"/>
      </w:tblGrid>
      <w:tr>
        <w:tc>
          <w:tcPr>
            <w:tcW w:type="dxa" w:w="9360"/>
            <w:shd w:fill="EBF3F9"/>
            <w:tcMar>
              <w:top w:w="160" w:type="dxa"/>
              <w:bottom w:w="160" w:type="dxa"/>
              <w:left w:w="200" w:type="dxa"/>
              <w:right w:w="200" w:type="dxa"/>
            </w:tcMar>
          </w:tcPr>
          <w:p>
            <w:r>
              <w:rPr>
                <w:rFonts w:ascii="Arial" w:hAnsi="Arial"/>
                <w:i/>
                <w:color w:val="1A2B4C"/>
                <w:sz w:val="20"/>
              </w:rPr>
              <w:t>💡 Catatan Redaksi MPF: Artikel aktualisasi sosial didorong untuk menyajikan data valid, perspektif humanis, serta rekomendasi kebijakan yang konstruktif bagi pembaca.</w:t>
            </w:r>
          </w:p>
        </w:tc>
      </w:tr>
    </w:tbl>
    <w:p/>
    <w:p>
      <w:pPr>
        <w:spacing w:before="360" w:after="120"/>
      </w:pPr>
      <w:r>
        <w:rPr>
          <w:rFonts w:ascii="Arial" w:hAnsi="Arial"/>
          <w:b/>
          <w:color w:val="1A2B4C"/>
          <w:sz w:val="28"/>
        </w:rPr>
        <w:t>4. Solusi &amp; Rekomendasi Aksi Sosial</w:t>
      </w:r>
    </w:p>
    <w:p>
      <w:pPr>
        <w:spacing w:after="160" w:line="276" w:lineRule="auto"/>
      </w:pPr>
      <w:r>
        <w:rPr>
          <w:rFonts w:ascii="Arial" w:hAnsi="Arial"/>
          <w:color w:val="333333"/>
          <w:sz w:val="22"/>
        </w:rPr>
        <w:t>[Berikan tawaran solusi konkret, langkah-langkah pemberdayaan, atau aksi nyata yang dapat dilakukan oleh masyarakat, pemerintah, atau komunitas terkait untuk merespons isu sosial tersebut.]</w:t>
      </w:r>
    </w:p>
    <w:p>
      <w:pPr>
        <w:spacing w:before="360" w:after="120"/>
      </w:pPr>
      <w:r>
        <w:rPr>
          <w:rFonts w:ascii="Arial" w:hAnsi="Arial"/>
          <w:b/>
          <w:color w:val="1A2B4C"/>
          <w:sz w:val="28"/>
        </w:rPr>
        <w:t>5. Kesimpulan</w:t>
      </w:r>
    </w:p>
    <w:p>
      <w:pPr>
        <w:spacing w:after="160" w:line="276" w:lineRule="auto"/>
      </w:pPr>
      <w:r>
        <w:rPr>
          <w:rFonts w:ascii="Arial" w:hAnsi="Arial"/>
          <w:color w:val="333333"/>
          <w:sz w:val="22"/>
        </w:rPr>
        <w:t>[Tuliskan kesimpulan komprehensif dari keseluruhan pembahasan artikel serta harapan ke depan bagi perbaikan kondisi sosial yang dibahas.]</w:t>
      </w:r>
    </w:p>
    <w:p>
      <w:pPr>
        <w:spacing w:before="360" w:after="120"/>
      </w:pPr>
      <w:r>
        <w:rPr>
          <w:rFonts w:ascii="Arial" w:hAnsi="Arial"/>
          <w:b/>
          <w:color w:val="1A2B4C"/>
          <w:sz w:val="28"/>
        </w:rPr>
        <w:t>6. Referensi &amp; Sumber Rujukan</w:t>
      </w:r>
    </w:p>
    <w:p>
      <w:pPr>
        <w:spacing w:after="160" w:line="276" w:lineRule="auto"/>
      </w:pPr>
      <w:r>
        <w:rPr>
          <w:rFonts w:ascii="Arial" w:hAnsi="Arial"/>
          <w:color w:val="333333"/>
          <w:sz w:val="22"/>
        </w:rPr>
        <w:t>1. [Nama Penulis / Lembaga]. ([Tahun]). [Judul Buku / Jurnal / Artikel Berita]. [Penerbit / Kota].</w:t>
        <w:br/>
        <w:t>2. [Sumber online resmi / tautan data pendukung yang digunakan dalam penulisan].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